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דילמות של נהגים צעירים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דילמות אמיתיות שנהגים צעירים נתקלים בהן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החלטות בטוחות מול החלטות מסוכנות בדרכים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תוצאות של בחירות בזמן נהיגה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גם כמות קטנה של אלכוהול פוגעת ביכולת הנהיגה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להתקשר להורה או למבוגר שיאסוף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כדי להימנע מהחלטות מסוכנות ברגע האחרון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כשחברים משפיעים עליך לעשות דברים מסוכנים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גם כמות קטנה של אלכוהול פוגעת בריכוז ובזמן התגובה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דרך בטוחה להגיע הביתה בלי לסכן אף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אפשר להציע לו להשאיר את הרכב ולהזמין הסעה ביחד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המרחק לא קובע את הסיכון – אלכוהול משפיע תמיד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אחת האפשרויות הבטוחות שמוצגות בדילמה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ריכוז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מצב לפתרון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(להזמין הסעה או מונית)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(להמשיך להתרכז בדרך ולא לענות)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(להתקשר למבוגר אחראי)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(לסרב ולהסביר שזה מסוכן)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יכתוב מצב דילמה ריאלי (כמו לחץ לנהוג מהר, שימוש בטלפון, עייפות) ויציע פתרון בטוח שמבוסס על אחריות ומחשבה על תוצאות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 יכתוב על גורמים כמו לחץ חברתי, רצון להרשים, פחד מבושה, או חוסר זמן לחשוב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להתקשר למבוגר אחראי או להזמין הסעה/מונית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הגיונית ללחץ מצד חברים לנהוג מסוכן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להימנע מהחלטות מהירות ולא בטוחות ברגע האחרון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דיון קבוצתי על הדילמות לפני מילוי הדף, כדי לעודד שיתוף דעות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שאין תשובה אחת נכונה לכל מצב, אלא עקרונות של בטיחות ואחריות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בחלק הפתוח כדי לעודד תלמידים לשתף דילמות אמיתיות שחוו או שמעו עליהן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דילמות של נהגים צעירים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לפעמים נהג צעיר צריך להחליט מה לעשות בדרך. למשל: מה עושים אם החבר שנוהג שתה אלכוהול? בדף הזה נלמד לחשוב על ההחלטה הנכונה.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דילמה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צריך לבחור בין כמה אפשרויות, וכל אחת יש לה תוצאה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נהיגה בהשפעת אלכוהול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לנהוג אחרי ששתו משקה אלכוהולי - מסוכן ואסור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לחץ חברתי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כשחברים משפיעים עלינו לעשות משהו, גם אם לא בטוח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הסעה חלופית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אחרת להגיע הביתה, כמו מונית או הורה שאוסף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ריכוז בנהיגה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רק לדרך ולא להיסח לדברים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תוצאה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שקורה בעקבות החלטה שקיבלנו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שההחלטות שלנו משפיעות על בטיחות שלנו ושל אחרים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לא בסדר כשחבר ששתה רוצה להסיע אתכם?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בעיה, זה מעט אלכוהול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גם כמות קטנה של אלכוהול פוגעת ביכולת הנהיגה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הבירה לא משפיעה על נהיגה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בעיה רק אם שותים יותר מ-5 בירות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הכי בטוח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לנסוע איתו כי זה קרוב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להתקשר להורה או למבוגר שיאסוף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לחכות שהוא יתפכח קצת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לנסוע לבד ברגל באמצע הלילה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כדאי לתכנן מראש איך חוזרים הביתה?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לא לבזבז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להימנע מהחלטות מסוכנות ברגע האחרון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 לא חשוב, אפשר להחליט בזמן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להרשים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לחץ חברתי?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כשחברים עוזרים לך לנהוג טוב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כשחברים משפיעים עליך לעשות דברים מסוכנים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כשיש פקק בכביש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כשצריך למלא דלק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חבר שותה רק כמות קטנה של אלכוהול, בטוח שהוא יכול לנהוג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הזמנת מונית או הסעה היא אפשרות טובה כשאין נהג מפוכח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שום דרך לעזור לחבר שרוצה לנהוג אחרי ששתה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קרבה של הנסיעה הביתה הופכת נהיגה בהשפעת אלכוהול לבטוחה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להתקשר להורה או למבוגר כדי שיאסוף אתכם ממסיבה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כשחבר ששתה אלכוהול מציע להסיע אתכם, עדיף להתקשר ל__________ שיאסוף אתכם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אפשר להציע לחבר ששתה להשאיר את ה__________ ולהזמין הסעה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נהיגה בהשפעת אלכוהול פוגעת ב__________ ובזמן התגובה של הנהג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כשחברים משפיעים עלינו לקבל החלטה מסוכנת, זה נקרא __________ חברתי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 החלטה שאנחנו מקבלים בדרכים יש לה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מצב לפתרון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חבר ששתה רוצה להסיע אתכם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להמשיך להתרכז בדרך ולא לענות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קיבלתם הודעה בזמן נהיגה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להתקשר למבוגר אחראי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אתם לא בטוחים אם בטוח לנסוע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לסרב ולהסביר שזה מסוכן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חבר לוחץ עליכם לנהוג 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להזמין הסעה או מונית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דילמה שעלולה לקרות לנהג צעיר (לא זו שמופיעה בדף) וכתבו איך הייתם פותרים אותה בצורה בטוחה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קשה לפעמים לקבל את ההחלטה הבטוחה, גם כשיודעים מה נכון?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הבחירה הבטוחה ביותר כשחבר ששתה רוצה להסיע אתכם?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ללחץ חברתי שעלול להוביל להחלטה מסוכנת בדרכים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לתכנן מראש איך חוזרים הביתה ממסיבה?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דילמות של נהגים צעירים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