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דילמות של נהגים צעירים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דילמות אמיתיות שנהגים צעירים נתקלים בהן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החלטות בטוחות מול החלטות מסוכנות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תוצאות של בחירות בזמן נהיגה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גם כמות קטנה של אלכוהול פוגעת ביכולת הנהיגה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להימנע מהחלטות מסוכנות ברגע האחרון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כמות קטנה של אלכוהול פוגעת בריכוז ובזמן התגובה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דרך בטוחה להגיע הביתה בלי לסכן אף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אפשר להציע לו להשאיר את הרכב ולהזמין הסעה ביחד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ריכוז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מצב לפתרון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(להזמין הסעה או מונית)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(להמשיך להתרכז בדרך ולא לענות)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(להתקשר למבוגר אחראי)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(לסרב ולהסביר שזה מסוכן)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יכתוב מצב דילמה ריאלי (כמו לחץ לנהוג מהר, שימוש בטלפון, עייפות) ויציע פתרון בטוח שמבוסס על אחריות ומחשבה על תוצאות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להתקשר למבוגר אחראי או להזמין הסעה/מונית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ללחץ מצד חברים לנהוג מסוכן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להימנע מהחלטות מהירות ולא בטוחות ברגע האחרון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דיון קבוצתי על הדילמות לפני מילוי הדף, כדי לעודד שיתוף דעות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שאין תשובה אחת נכונה לכל מצב, אלא עקרונות של בטיחות ואחריות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בחלק הפתוח כדי לעודד תלמידים לשתף דילמות אמיתיות שחוו או שמעו עליהן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דילמות של נהגים צעירים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נהגים צעירים נתקלים לעיתים במצבים שבהם צריך להחליט מהר – למשל אם לנסוע עם חבר ששתה, או אם לענות להודעה בזמן נהיגה. בדף הזה נתרגל לחשוב על הדילמות האלו ועל ההשלכות של כל בחירה.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רכב  ·  הורה  ·  ריכוז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הבעיה במצב שבו חבר ששתה ״רק שתי בירות״ מציע להסיע אתכם?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אין בעיה, זה מעט אלכוהול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גם כמות קטנה של אלכוהול פוגעת ביכולת הנהיגה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הבירה לא משפיעה על נהיגה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חשוב לחשוב מראש איך חוזרים הביתה ממסיבה?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לא לבזבז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להימנע מהחלטות מסוכנות ברגע האחרון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זה לא חשוב, אפשר להחליט בזמן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חבר שותה רק כמות קטנה של אלכוהול, בטוח שהוא יכול לנהוג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הזמנת מונית או הסעה היא אפשרות טובה כשאין נהג מפוכח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אין שום דרך לעזור לחבר שרוצה לנהוג אחרי ששתה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כשחבר ששתה אלכוהול מציע להסיע אתכם, עדיף להתקשר ל__________ שיאסוף אתכם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אפשר להציע לחבר ששתה להשאיר את ה__________ ולהזמין הסעה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נהיגה בהשפעת אלכוהול פוגעת ב__________ ובזמן התגובה של הנהג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מצב לפתרון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חבר ששתה רוצה להסיע אתכם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להתקשר למבוגר אחראי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קיבלתם הודעה בזמן נהיגה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להזמין הסעה או מונית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אתם לא בטוחים אם בטוח לנסוע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לסרב ולהסביר שזה מסוכן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חבר לוחץ עליכם לנהוג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להמשיך להתרכז בדרך ולא לענות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דילמה שעלולה לקרות לנהג צעיר (לא זו שמופיעה בדף) וכתבו איך הייתם פותרים אותה בצורה בטוחה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הבחירה הבטוחה ביותר כשחבר ששתה רוצה להסיע אתכם?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ללחץ חברתי שעלול להוביל להחלטה מסוכנת בדרכים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דילמות של נהגים צעירים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